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F07D00"/>
          <w:sz w:val="20"/>
        </w:rPr>
        <w:t>Pflege-Schätzle</w:t>
      </w:r>
    </w:p>
    <w:p>
      <w:pPr>
        <w:spacing w:after="60"/>
      </w:pPr>
      <w:r>
        <w:rPr>
          <w:rFonts w:ascii="Arial" w:hAnsi="Arial"/>
          <w:b/>
          <w:color w:val="1B1B6F"/>
          <w:sz w:val="38"/>
        </w:rPr>
        <w:t>Antrag auf Höherstufung des Pflegegrads</w:t>
      </w:r>
    </w:p>
    <w:p>
      <w:pPr>
        <w:spacing w:after="200"/>
      </w:pPr>
      <w:r>
        <w:rPr>
          <w:color w:val="6B7280"/>
          <w:sz w:val="20"/>
        </w:rPr>
        <w:t>Schlichte Vorlage zum Ausfüllen und Versenden an die zuständige Pflegekasse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F5F6FA"/>
            <w:tcBorders>
              <w:top w:val="single" w:sz="6" w:color="D9DCE5"/>
              <w:left w:val="single" w:sz="6" w:color="D9DCE5"/>
              <w:bottom w:val="single" w:sz="6" w:color="D9DCE5"/>
              <w:right w:val="single" w:sz="6" w:color="D9DCE5"/>
            </w:tcBorders>
          </w:tcPr>
          <w:p>
            <w:pPr>
              <w:spacing w:after="0"/>
            </w:pPr>
            <w:r>
              <w:rPr>
                <w:b/>
                <w:color w:val="1B1B6F"/>
              </w:rPr>
              <w:t xml:space="preserve">Hinweis: </w:t>
            </w:r>
            <w:r>
              <w:rPr>
                <w:sz w:val="18"/>
              </w:rPr>
              <w:t>Diese Vorlage ist kein amtliches Formular. Manche Pflegekassen bieten eigene Formulare oder Online-Anträge an.</w:t>
            </w:r>
          </w:p>
        </w:tc>
      </w:tr>
    </w:tbl>
    <w:p>
      <w:pPr>
        <w:spacing w:after="20"/>
      </w:pPr>
    </w:p>
    <w:p>
      <w:pPr>
        <w:spacing w:after="60"/>
      </w:pPr>
      <w:r>
        <w:rPr>
          <w:b/>
          <w:sz w:val="18"/>
        </w:rPr>
        <w:t xml:space="preserve">Absender: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60"/>
      </w:pPr>
      <w:r>
        <w:rPr>
          <w:b/>
          <w:sz w:val="18"/>
        </w:rPr>
        <w:t xml:space="preserve">Anschrift: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60"/>
      </w:pPr>
      <w:r>
        <w:rPr>
          <w:b/>
          <w:sz w:val="18"/>
        </w:rPr>
        <w:t xml:space="preserve">Telefon / E-Mail (optional):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20"/>
      </w:pPr>
    </w:p>
    <w:p>
      <w:pPr>
        <w:spacing w:after="60"/>
      </w:pPr>
      <w:r>
        <w:rPr>
          <w:b/>
          <w:sz w:val="18"/>
        </w:rPr>
        <w:t xml:space="preserve">An die Pflegekasse: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60"/>
      </w:pPr>
      <w:r>
        <w:rPr>
          <w:b/>
          <w:sz w:val="18"/>
        </w:rPr>
        <w:t xml:space="preserve">Anschrift: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20"/>
      </w:pPr>
    </w:p>
    <w:p>
      <w:pPr>
        <w:spacing w:after="60"/>
      </w:pPr>
      <w:r>
        <w:rPr>
          <w:b/>
          <w:sz w:val="18"/>
        </w:rPr>
        <w:t xml:space="preserve">Versicherte Person: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60"/>
      </w:pPr>
      <w:r>
        <w:rPr>
          <w:b/>
          <w:sz w:val="18"/>
        </w:rPr>
        <w:t xml:space="preserve">Geburtsdatum: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60"/>
      </w:pPr>
      <w:r>
        <w:rPr>
          <w:b/>
          <w:sz w:val="18"/>
        </w:rPr>
        <w:t xml:space="preserve">Versichertennummer: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after="60"/>
      </w:pPr>
      <w:r>
        <w:rPr>
          <w:b/>
          <w:sz w:val="18"/>
        </w:rPr>
        <w:t xml:space="preserve">Aktueller Pflegegrad: </w:t>
      </w:r>
      <w:r>
        <w:rPr>
          <w:color w:val="6B7280"/>
          <w:sz w:val="18"/>
        </w:rPr>
        <w:t>____________________________________________________________</w:t>
      </w:r>
    </w:p>
    <w:p>
      <w:pPr>
        <w:spacing w:before="120" w:after="100"/>
      </w:pPr>
      <w:r>
        <w:rPr>
          <w:b/>
          <w:color w:val="1B1B6F"/>
          <w:sz w:val="22"/>
        </w:rPr>
        <w:t>Betreff: Antrag auf Höherstufung des Pflegegrads</w:t>
      </w:r>
    </w:p>
    <w:p>
      <w:pPr>
        <w:spacing w:after="100"/>
      </w:pPr>
      <w:r>
        <w:t>Sehr geehrte Damen und Herren,</w:t>
      </w:r>
    </w:p>
    <w:p>
      <w:pPr>
        <w:spacing w:after="100"/>
      </w:pPr>
      <w:r>
        <w:t>für die oben genannte versicherte Person besteht derzeit Pflegegrad ________.</w:t>
      </w:r>
    </w:p>
    <w:p>
      <w:pPr>
        <w:spacing w:after="100"/>
      </w:pPr>
      <w:r>
        <w:t>Der Unterstützungsbedarf hat sich seit der letzten Einstufung dauerhaft erhöht. Hiermit beantrage ich die erneute Prüfung und Höherstufung des bestehenden Pflegegrads.</w:t>
      </w:r>
    </w:p>
    <w:p>
      <w:pPr>
        <w:spacing w:after="100"/>
      </w:pPr>
      <w:r>
        <w:t>Bitte bestätigen Sie mir den Eingang des Antrags und informieren Sie mich über die weiteren Schritte beziehungsweise eine erforderliche Begutachtung.</w:t>
      </w:r>
    </w:p>
    <w:p>
      <w:pPr>
        <w:spacing w:before="40" w:after="60"/>
      </w:pPr>
      <w:r>
        <w:rPr>
          <w:b/>
          <w:color w:val="1B1B6F"/>
        </w:rPr>
        <w:t>Optional: Was hat sich seit der letzten Einstufung verändert?</w:t>
      </w:r>
    </w:p>
    <w:p>
      <w:pPr>
        <w:spacing w:after="40"/>
      </w:pPr>
      <w:r>
        <w:rPr>
          <w:color w:val="6B7280"/>
        </w:rPr>
        <w:t>________________________________________________________________________________</w:t>
      </w:r>
    </w:p>
    <w:p>
      <w:pPr>
        <w:spacing w:after="40"/>
      </w:pPr>
      <w:r>
        <w:rPr>
          <w:color w:val="6B7280"/>
        </w:rPr>
        <w:t>________________________________________________________________________________</w:t>
      </w:r>
    </w:p>
    <w:p>
      <w:pPr>
        <w:spacing w:after="40"/>
      </w:pPr>
      <w:r>
        <w:rPr>
          <w:color w:val="6B7280"/>
        </w:rPr>
        <w:t>________________________________________________________________________________</w:t>
      </w:r>
    </w:p>
    <w:p>
      <w:pPr>
        <w:spacing w:after="40"/>
      </w:pPr>
      <w:r>
        <w:rPr>
          <w:color w:val="6B7280"/>
        </w:rPr>
        <w:t>________________________________________________________________________________</w:t>
      </w:r>
    </w:p>
    <w:p>
      <w:pPr>
        <w:spacing w:before="100" w:after="120"/>
      </w:pPr>
      <w:r>
        <w:t>Mit freundlichen Grüßen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5213"/>
            <w:vAlign w:val="bottom"/>
          </w:tcPr>
          <w:p>
            <w:pPr>
              <w:spacing w:after="0"/>
            </w:pPr>
            <w:r>
              <w:rPr>
                <w:color w:val="6B7280"/>
                <w:sz w:val="17"/>
              </w:rPr>
              <w:t>________________________________________</w:t>
            </w:r>
          </w:p>
        </w:tc>
        <w:tc>
          <w:tcPr>
            <w:tcW w:type="dxa" w:w="5213"/>
            <w:vAlign w:val="bottom"/>
          </w:tcPr>
          <w:p>
            <w:pPr>
              <w:spacing w:after="0"/>
            </w:pPr>
            <w:r>
              <w:rPr>
                <w:color w:val="6B7280"/>
                <w:sz w:val="17"/>
              </w:rPr>
              <w:t>________________________________________</w:t>
            </w:r>
          </w:p>
        </w:tc>
      </w:tr>
      <w:tr>
        <w:tc>
          <w:tcPr>
            <w:tcW w:type="dxa" w:w="5213"/>
            <w:vAlign w:val="bottom"/>
          </w:tcPr>
          <w:p>
            <w:pPr>
              <w:spacing w:after="0"/>
            </w:pPr>
            <w:r>
              <w:rPr>
                <w:color w:val="6B7280"/>
                <w:sz w:val="17"/>
              </w:rPr>
              <w:t>Ort, Datum</w:t>
            </w:r>
          </w:p>
        </w:tc>
        <w:tc>
          <w:tcPr>
            <w:tcW w:type="dxa" w:w="5213"/>
            <w:vAlign w:val="bottom"/>
          </w:tcPr>
          <w:p>
            <w:pPr>
              <w:spacing w:after="0"/>
            </w:pPr>
            <w:r>
              <w:rPr>
                <w:color w:val="6B7280"/>
                <w:sz w:val="17"/>
              </w:rPr>
              <w:t>Unterschrift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37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4"/>
      </w:rPr>
      <w:t>Pflege-Schätzle | pflege-schaetzle.de | Allgemeine Vorlage - keine Rechts- oder Pflegeberatung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Höherstufung des Pflegegrads - Vorlage</dc:title>
  <dc:subject>Pflege-Schätzle Vorlage für einen Höherstufungsantrag</dc:subject>
  <dc:creator>Pflege-Schätzle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