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ptos" w:hAnsi="Aptos"/>
          <w:b/>
          <w:color w:val="F07D00"/>
          <w:sz w:val="20"/>
        </w:rPr>
        <w:t>MUSTERANTRAG / BEGLEITSCHREIBEN</w:t>
      </w:r>
    </w:p>
    <w:p>
      <w:pPr>
        <w:spacing w:after="80"/>
        <w:jc w:val="center"/>
      </w:pPr>
      <w:r>
        <w:rPr>
          <w:rFonts w:ascii="Aptos" w:hAnsi="Aptos"/>
          <w:b/>
          <w:color w:val="1B1B6F"/>
          <w:sz w:val="40"/>
        </w:rPr>
        <w:t>Verhinderungspflege</w:t>
      </w:r>
    </w:p>
    <w:p>
      <w:pPr>
        <w:spacing w:after="160"/>
        <w:jc w:val="center"/>
      </w:pPr>
      <w:r>
        <w:rPr>
          <w:rFonts w:ascii="Aptos" w:hAnsi="Aptos"/>
          <w:b w:val="0"/>
          <w:color w:val="5E6470"/>
          <w:sz w:val="19"/>
        </w:rPr>
        <w:t>Kassenneutrale Vorlage zur Vorbereitung und Dokumentation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EEF4F1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8" w:color="C9D8D0"/>
              <w:left w:val="single" w:sz="8" w:color="C9D8D0"/>
              <w:bottom w:val="single" w:sz="8" w:color="C9D8D0"/>
              <w:right w:val="single" w:sz="8" w:color="C9D8D0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1B1B6F"/>
                <w:sz w:val="19"/>
              </w:rPr>
              <w:t>Wichtiger Hinweis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Dies ist kein offizielles Formular einer Pflegekasse. Nutzen Sie für die Einreichung möglichst das aktuelle Formular bzw. den Online-Antrag Ihrer Pflegekasse. Diese Vorlage kann als Begleitschreiben oder Vorbereitungshilfe dienen.</w:t>
            </w:r>
          </w:p>
        </w:tc>
      </w:tr>
    </w:tbl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1. Angaben zur pflegebedürftigen Person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Name, Vorname:  </w:t>
      </w:r>
      <w:r>
        <w:rPr>
          <w:rFonts w:ascii="Arial" w:hAnsi="Arial"/>
          <w:b w:val="0"/>
          <w:color w:val="555555"/>
          <w:sz w:val="19"/>
        </w:rPr>
        <w:t>______________________________________________________________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Geburtsdatum:  </w:t>
      </w:r>
      <w:r>
        <w:rPr>
          <w:rFonts w:ascii="Arial" w:hAnsi="Arial"/>
          <w:b w:val="0"/>
          <w:color w:val="555555"/>
          <w:sz w:val="19"/>
        </w:rPr>
        <w:t>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Anschrift:  </w:t>
      </w:r>
      <w:r>
        <w:rPr>
          <w:rFonts w:ascii="Arial" w:hAnsi="Arial"/>
          <w:b w:val="0"/>
          <w:color w:val="555555"/>
          <w:sz w:val="19"/>
        </w:rPr>
        <w:t>______________________________________________________________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Versichertennummer:  </w:t>
      </w:r>
      <w:r>
        <w:rPr>
          <w:rFonts w:ascii="Arial" w:hAnsi="Arial"/>
          <w:b w:val="0"/>
          <w:color w:val="555555"/>
          <w:sz w:val="19"/>
        </w:rPr>
        <w:t>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Pflegegrad:  </w:t>
      </w:r>
      <w:r>
        <w:rPr>
          <w:rFonts w:ascii="Arial" w:hAnsi="Arial"/>
          <w:b w:val="0"/>
          <w:color w:val="555555"/>
          <w:sz w:val="19"/>
        </w:rPr>
        <w:t>____________</w:t>
      </w:r>
      <w:r>
        <w:rPr>
          <w:rFonts w:ascii="Aptos" w:hAnsi="Aptos"/>
          <w:b w:val="0"/>
          <w:color w:val="5E6470"/>
          <w:sz w:val="16"/>
        </w:rPr>
        <w:br/>
        <w:t>Verhinderungspflege kommt grundsätzlich ab Pflegegrad 2 in Betracht.</w:t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2. Regelmäßige private Pflegeperson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Name, Vorname:  </w:t>
      </w:r>
      <w:r>
        <w:rPr>
          <w:rFonts w:ascii="Arial" w:hAnsi="Arial"/>
          <w:b w:val="0"/>
          <w:color w:val="555555"/>
          <w:sz w:val="19"/>
        </w:rPr>
        <w:t>______________________________________________________________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Verhältnis zur pflegebedürftigen Person:  </w:t>
      </w:r>
      <w:r>
        <w:rPr>
          <w:rFonts w:ascii="Arial" w:hAnsi="Arial"/>
          <w:b w:val="0"/>
          <w:color w:val="555555"/>
          <w:sz w:val="19"/>
        </w:rPr>
        <w:t>________________________________________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Urlaub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Krankheit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Wichtiger Termin / sonstige Verhinderung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Falls sonstiger Grund, kurze Angabe:  </w:t>
      </w:r>
      <w:r>
        <w:rPr>
          <w:rFonts w:ascii="Arial" w:hAnsi="Arial"/>
          <w:b w:val="0"/>
          <w:color w:val="555555"/>
          <w:sz w:val="19"/>
        </w:rPr>
        <w:t>__________________________________________</w:t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3. Zeitraum der Verhinderung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Stundenweise Ersatzpflege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Tageweise Ersatzpflege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Zeitraum / Datum:  </w:t>
      </w:r>
      <w:r>
        <w:rPr>
          <w:rFonts w:ascii="Arial" w:hAnsi="Arial"/>
          <w:b w:val="0"/>
          <w:color w:val="555555"/>
          <w:sz w:val="19"/>
        </w:rPr>
        <w:t>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Bei stundenweiser Nutzung: von  </w:t>
      </w:r>
      <w:r>
        <w:rPr>
          <w:rFonts w:ascii="Arial" w:hAnsi="Arial"/>
          <w:b w:val="0"/>
          <w:color w:val="555555"/>
          <w:sz w:val="19"/>
        </w:rPr>
        <w:t>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bis  </w:t>
      </w:r>
      <w:r>
        <w:rPr>
          <w:rFonts w:ascii="Arial" w:hAnsi="Arial"/>
          <w:b w:val="0"/>
          <w:color w:val="555555"/>
          <w:sz w:val="19"/>
        </w:rPr>
        <w:t>________________</w:t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4. Ersatzpflegeperson / Leistungserbringer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Name, Vorname / Anbieter:  </w:t>
      </w:r>
      <w:r>
        <w:rPr>
          <w:rFonts w:ascii="Arial" w:hAnsi="Arial"/>
          <w:b w:val="0"/>
          <w:color w:val="555555"/>
          <w:sz w:val="19"/>
        </w:rPr>
        <w:t>______________________________________________________________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Anschrift:  </w:t>
      </w:r>
      <w:r>
        <w:rPr>
          <w:rFonts w:ascii="Arial" w:hAnsi="Arial"/>
          <w:b w:val="0"/>
          <w:color w:val="555555"/>
          <w:sz w:val="19"/>
        </w:rPr>
        <w:t>______________________________________________________________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Telefon / E-Mail (optional):  </w:t>
      </w:r>
      <w:r>
        <w:rPr>
          <w:rFonts w:ascii="Arial" w:hAnsi="Arial"/>
          <w:b w:val="0"/>
          <w:color w:val="555555"/>
          <w:sz w:val="19"/>
        </w:rPr>
        <w:t>________________________________________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Nicht verwandt / nicht im selben Haushalt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Verwandt oder verschwägert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Lebt mit der pflegebedürftigen Person im selben Haushalt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Verwandtschaftsverhältnis, falls zutreffend:  </w:t>
      </w:r>
      <w:r>
        <w:rPr>
          <w:rFonts w:ascii="Arial" w:hAnsi="Arial"/>
          <w:b w:val="0"/>
          <w:color w:val="555555"/>
          <w:sz w:val="19"/>
        </w:rPr>
        <w:t>______________________________________</w:t>
      </w:r>
    </w:p>
    <w:p>
      <w:r>
        <w:br w:type="page"/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5. Angaben zu den entstandenen Kosten</w:t>
      </w:r>
    </w:p>
    <w:p>
      <w:pPr>
        <w:spacing w:after="80"/>
      </w:pPr>
      <w:r>
        <w:rPr>
          <w:rFonts w:ascii="Aptos" w:hAnsi="Aptos"/>
          <w:b w:val="0"/>
          <w:color w:val="5E6470"/>
          <w:sz w:val="17"/>
        </w:rPr>
        <w:t>Tragen Sie nur tatsächlich entstandene und nachvollziehbare Aufwendungen ein. Welche Kosten anerkannt werden, entscheidet die zuständige Pflegekasse nach den gesetzlichen Vorgaben und dem Einzelfall.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90"/>
        <w:gridCol w:w="2948"/>
      </w:tblGrid>
      <w:tr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Vergütung / Rechnung für Ersatzpflege</w:t>
            </w:r>
          </w:p>
        </w:tc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pPr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 €</w:t>
            </w:r>
          </w:p>
        </w:tc>
      </w:tr>
      <w:tr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Fahrtkosten</w:t>
            </w:r>
          </w:p>
        </w:tc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pPr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 €</w:t>
            </w:r>
          </w:p>
        </w:tc>
      </w:tr>
      <w:tr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Nachweisbarer Verdienstausfall</w:t>
            </w:r>
          </w:p>
        </w:tc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pPr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 €</w:t>
            </w:r>
          </w:p>
        </w:tc>
      </w:tr>
      <w:tr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Sonstige belegbare Aufwendungen</w:t>
            </w:r>
          </w:p>
        </w:tc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</w:tcPr>
          <w:p>
            <w:pPr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____________ €</w:t>
            </w:r>
          </w:p>
        </w:tc>
      </w:tr>
      <w:tr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  <w:shd w:fill="F5F6F8"/>
          </w:tcPr>
          <w:p>
            <w:r>
              <w:rPr>
                <w:rFonts w:ascii="Aptos" w:hAnsi="Aptos"/>
                <w:b/>
                <w:color w:val="1B1B6F"/>
                <w:sz w:val="18"/>
              </w:rPr>
              <w:t>Gesamtsumme</w:t>
            </w:r>
          </w:p>
        </w:tc>
        <w:tc>
          <w:tcPr>
            <w:tcW w:type="dxa" w:w="5213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CE3"/>
              <w:left w:val="single" w:sz="6" w:color="D9DCE3"/>
              <w:bottom w:val="single" w:sz="6" w:color="D9DCE3"/>
              <w:right w:val="single" w:sz="6" w:color="D9DCE3"/>
            </w:tcBorders>
            <w:shd w:fill="F5F6F8"/>
          </w:tcPr>
          <w:p>
            <w:pPr>
              <w:jc w:val="right"/>
            </w:pPr>
            <w:r>
              <w:rPr>
                <w:rFonts w:ascii="Arial" w:hAnsi="Arial"/>
                <w:b/>
                <w:color w:val="000000"/>
                <w:sz w:val="18"/>
              </w:rPr>
              <w:t>____________ €</w:t>
            </w:r>
          </w:p>
        </w:tc>
      </w:tr>
    </w:tbl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6. Bankverbindung für eine mögliche Erstattung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Kontoinhaber/in:  </w:t>
      </w:r>
      <w:r>
        <w:rPr>
          <w:rFonts w:ascii="Arial" w:hAnsi="Arial"/>
          <w:b w:val="0"/>
          <w:color w:val="555555"/>
          <w:sz w:val="19"/>
        </w:rPr>
        <w:t>______________________________________________________________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IBAN:  </w:t>
      </w:r>
      <w:r>
        <w:rPr>
          <w:rFonts w:ascii="Arial" w:hAnsi="Arial"/>
          <w:b w:val="0"/>
          <w:color w:val="555555"/>
          <w:sz w:val="19"/>
        </w:rPr>
        <w:t>________________________________________________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BIC (falls erforderlich):  </w:t>
      </w:r>
      <w:r>
        <w:rPr>
          <w:rFonts w:ascii="Arial" w:hAnsi="Arial"/>
          <w:b w:val="0"/>
          <w:color w:val="555555"/>
          <w:sz w:val="19"/>
        </w:rPr>
        <w:t>____________________________________</w:t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7. Anlagen / Nachweise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Rechnung / Quittung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Zahlungsnachweis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Stunden- oder Tagesaufstellung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Nachweis Fahrtkosten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Nachweis Verdienstausfall</w:t>
      </w:r>
    </w:p>
    <w:p>
      <w:pPr>
        <w:spacing w:after="40"/>
        <w:ind w:left="113"/>
      </w:pPr>
      <w:r>
        <w:rPr>
          <w:rFonts w:ascii="Aptos" w:hAnsi="Aptos"/>
          <w:b w:val="0"/>
          <w:color w:val="000000"/>
          <w:sz w:val="19"/>
        </w:rPr>
        <w:t>☐  Sonstige Unterlagen: ________________________________</w:t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8. Freitext / Begleitschreiben</w:t>
      </w:r>
    </w:p>
    <w:p>
      <w:pPr>
        <w:spacing w:after="40"/>
      </w:pPr>
      <w:r>
        <w:rPr>
          <w:rFonts w:ascii="Aptos" w:hAnsi="Aptos"/>
          <w:b w:val="0"/>
          <w:color w:val="000000"/>
          <w:sz w:val="18"/>
        </w:rPr>
        <w:t>Hiermit bitte ich um Prüfung der Verhinderungspflege für den oben genannten Zeitraum und - soweit die Voraussetzungen erfüllt sind - um Erstattung der nachgewiesenen Aufwendungen. Die beigefügten Angaben und Unterlagen entsprechen nach bestem Wissen den tatsächlichen Verhältnissen.</w:t>
      </w:r>
    </w:p>
    <w:p>
      <w:pPr>
        <w:spacing w:after="4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_________________________________________________________________________________________________________</w:t>
      </w:r>
    </w:p>
    <w:p>
      <w:pPr>
        <w:spacing w:before="160" w:after="80"/>
        <w:pBdr>
          <w:bottom w:val="single" w:sz="12" w:space="3" w:color="F07D00"/>
        </w:pBdr>
      </w:pPr>
      <w:r>
        <w:rPr>
          <w:rFonts w:ascii="Aptos" w:hAnsi="Aptos"/>
          <w:b/>
          <w:color w:val="1B1B6F"/>
          <w:sz w:val="26"/>
        </w:rPr>
        <w:t>9. Ort, Datum und Unterschrift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Ort, Datum:  </w:t>
      </w:r>
      <w:r>
        <w:rPr>
          <w:rFonts w:ascii="Arial" w:hAnsi="Arial"/>
          <w:b w:val="0"/>
          <w:color w:val="555555"/>
          <w:sz w:val="19"/>
        </w:rPr>
        <w:t>_____________________________________________</w:t>
      </w:r>
    </w:p>
    <w:p>
      <w:pPr>
        <w:spacing w:after="80"/>
      </w:pPr>
      <w:r>
        <w:rPr>
          <w:rFonts w:ascii="Aptos" w:hAnsi="Aptos"/>
          <w:b/>
          <w:color w:val="1B1B6F"/>
          <w:sz w:val="19"/>
        </w:rPr>
        <w:t xml:space="preserve">Unterschrift pflegebedürftige Person / bevollmächtigte Person:  </w:t>
      </w:r>
      <w:r>
        <w:rPr>
          <w:rFonts w:ascii="Arial" w:hAnsi="Arial"/>
          <w:b w:val="0"/>
          <w:color w:val="555555"/>
          <w:sz w:val="19"/>
        </w:rPr>
        <w:t>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426"/>
            <w:shd w:fill="FFF7EF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8" w:color="F2C28F"/>
              <w:left w:val="single" w:sz="8" w:color="F2C28F"/>
              <w:bottom w:val="single" w:sz="8" w:color="F2C28F"/>
              <w:right w:val="single" w:sz="8" w:color="F2C28F"/>
            </w:tcBorders>
          </w:tcPr>
          <w:p>
            <w:r>
              <w:rPr>
                <w:rFonts w:ascii="Aptos" w:hAnsi="Aptos"/>
                <w:b/>
                <w:color w:val="F07D00"/>
                <w:sz w:val="17"/>
              </w:rPr>
              <w:t xml:space="preserve">Bitte beachten: </w:t>
            </w:r>
            <w:r>
              <w:rPr>
                <w:rFonts w:ascii="Aptos" w:hAnsi="Aptos"/>
                <w:b w:val="0"/>
                <w:color w:val="000000"/>
                <w:sz w:val="17"/>
              </w:rPr>
              <w:t>Diese Vorlage ist kein offizielles Kassenformular und keine Rechtsberatung. Bitte prüfen Sie vor Einreichung die aktuellen Vorgaben Ihrer Pflegekasse.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65" w:right="907" w:bottom="765" w:left="907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470"/>
        <w:sz w:val="16"/>
      </w:rPr>
      <w:t>Pflege-Schätzle  |  www.pflege-schaetzle.de  |  Kassenneutrale Orientierung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B1B6F"/>
        <w:sz w:val="18"/>
      </w:rPr>
      <w:t>PFLEGE-SCHÄTZLE</w:t>
    </w:r>
    <w:r>
      <w:rPr>
        <w:rFonts w:ascii="Aptos" w:hAnsi="Aptos"/>
        <w:b w:val="0"/>
        <w:color w:val="5E6470"/>
        <w:sz w:val="17"/>
      </w:rPr>
      <w:t xml:space="preserve">  |  Kassenneutrale Orientierung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Musterantrag Verhinderungspflege - Pflege-Schätzle</dc:title>
  <dc:subject>Kassenneutrale Vorlage zur Vorbereitung eines Antrags auf Verhinderungspflege</dc:subject>
  <dc:creator>Pflege-Schätzle</dc:creator>
  <cp:keywords>Verhinderungspflege, Musterantrag, Pflegekasse, Ersatzpflege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