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100" w:line="269" w:lineRule="auto"/>
        <w:jc w:val="left"/>
      </w:pPr>
      <w:r>
        <w:rPr>
          <w:rFonts w:ascii="Liberation Sans" w:hAnsi="Liberation Sans"/>
          <w:b/>
          <w:color w:val="1B1B6F"/>
          <w:sz w:val="42"/>
        </w:rPr>
        <w:t>Muster: Antrag auf Zuschuss für</w:t>
        <w:br/>
        <w:t>wohnumfeldverbessernde Maßnahmen</w:t>
      </w:r>
    </w:p>
    <w:p>
      <w:pPr>
        <w:spacing w:before="0" w:after="200" w:line="269" w:lineRule="auto"/>
      </w:pPr>
      <w:r>
        <w:rPr>
          <w:rFonts w:ascii="Liberation Sans" w:hAnsi="Liberation Sans"/>
          <w:b/>
          <w:color w:val="FF7900"/>
          <w:sz w:val="19"/>
        </w:rPr>
        <w:t>Vorlage zur freien Anpassung · Stand September 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4F5F8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before="0" w:after="0" w:line="269" w:lineRule="auto"/>
            </w:pPr>
            <w:r>
              <w:rPr>
                <w:rFonts w:ascii="Liberation Sans" w:hAnsi="Liberation Sans"/>
                <w:b/>
                <w:color w:val="1B1B6F"/>
                <w:sz w:val="19"/>
              </w:rPr>
              <w:t xml:space="preserve">Hinweis: </w:t>
            </w:r>
            <w:r>
              <w:rPr>
                <w:rFonts w:ascii="Liberation Sans" w:hAnsi="Liberation Sans"/>
                <w:b w:val="0"/>
                <w:color w:val="222222"/>
                <w:sz w:val="19"/>
              </w:rPr>
              <w:t>Dieses Muster ist eine allgemeine Orientierung. Passen Sie die Angaben an Ihre tatsächliche Wohn- und Pflegesituation an. Pflegekassen können zusätzliche Formulare oder Unterlagen verlangen.</w:t>
            </w:r>
          </w:p>
        </w:tc>
      </w:tr>
    </w:tbl>
    <w:p>
      <w:pPr>
        <w:spacing w:after="20"/>
      </w:pPr>
    </w:p>
    <w:p>
      <w:pPr>
        <w:spacing w:before="0" w:after="40" w:line="269" w:lineRule="auto"/>
      </w:pPr>
      <w:r>
        <w:rPr>
          <w:rFonts w:ascii="Liberation Sans" w:hAnsi="Liberation Sans"/>
          <w:b w:val="0"/>
          <w:color w:val="666666"/>
          <w:sz w:val="20"/>
        </w:rPr>
        <w:t>Vor- und Nachname der pflegebedürftigen Person:</w:t>
      </w:r>
      <w:r>
        <w:rPr>
          <w:rFonts w:ascii="Liberation Sans" w:hAnsi="Liberation Sans"/>
          <w:b w:val="0"/>
          <w:color w:val="888888"/>
          <w:sz w:val="20"/>
        </w:rPr>
        <w:t xml:space="preserve"> __________________________________________________</w:t>
      </w:r>
    </w:p>
    <w:p>
      <w:pPr>
        <w:spacing w:before="0" w:after="40" w:line="269" w:lineRule="auto"/>
      </w:pPr>
      <w:r>
        <w:rPr>
          <w:rFonts w:ascii="Liberation Sans" w:hAnsi="Liberation Sans"/>
          <w:b w:val="0"/>
          <w:color w:val="666666"/>
          <w:sz w:val="20"/>
        </w:rPr>
        <w:t>Straße und Hausnummer:</w:t>
      </w:r>
      <w:r>
        <w:rPr>
          <w:rFonts w:ascii="Liberation Sans" w:hAnsi="Liberation Sans"/>
          <w:b w:val="0"/>
          <w:color w:val="888888"/>
          <w:sz w:val="20"/>
        </w:rPr>
        <w:t xml:space="preserve"> __________________________________________________</w:t>
      </w:r>
    </w:p>
    <w:p>
      <w:pPr>
        <w:spacing w:before="0" w:after="40" w:line="269" w:lineRule="auto"/>
      </w:pPr>
      <w:r>
        <w:rPr>
          <w:rFonts w:ascii="Liberation Sans" w:hAnsi="Liberation Sans"/>
          <w:b w:val="0"/>
          <w:color w:val="666666"/>
          <w:sz w:val="20"/>
        </w:rPr>
        <w:t>PLZ / Ort:</w:t>
      </w:r>
      <w:r>
        <w:rPr>
          <w:rFonts w:ascii="Liberation Sans" w:hAnsi="Liberation Sans"/>
          <w:b w:val="0"/>
          <w:color w:val="888888"/>
          <w:sz w:val="20"/>
        </w:rPr>
        <w:t xml:space="preserve"> __________________________________________________</w:t>
      </w:r>
    </w:p>
    <w:p>
      <w:pPr>
        <w:spacing w:before="0" w:after="40" w:line="269" w:lineRule="auto"/>
      </w:pPr>
      <w:r>
        <w:rPr>
          <w:rFonts w:ascii="Liberation Sans" w:hAnsi="Liberation Sans"/>
          <w:b w:val="0"/>
          <w:color w:val="666666"/>
          <w:sz w:val="20"/>
        </w:rPr>
        <w:t>Versicherungsnummer / Pflegekassennummer:</w:t>
      </w:r>
      <w:r>
        <w:rPr>
          <w:rFonts w:ascii="Liberation Sans" w:hAnsi="Liberation Sans"/>
          <w:b w:val="0"/>
          <w:color w:val="888888"/>
          <w:sz w:val="20"/>
        </w:rPr>
        <w:t xml:space="preserve"> __________________________________________________</w:t>
      </w:r>
    </w:p>
    <w:p>
      <w:pPr>
        <w:spacing w:before="120" w:after="40" w:line="269" w:lineRule="auto"/>
      </w:pPr>
      <w:r>
        <w:rPr>
          <w:rFonts w:ascii="Liberation Sans" w:hAnsi="Liberation Sans"/>
          <w:b/>
          <w:color w:val="1B1B6F"/>
          <w:sz w:val="21"/>
        </w:rPr>
        <w:t>An die Pflegekasse</w:t>
      </w:r>
    </w:p>
    <w:p>
      <w:pPr>
        <w:spacing w:before="0" w:after="40" w:line="269" w:lineRule="auto"/>
      </w:pPr>
      <w:r>
        <w:rPr>
          <w:rFonts w:ascii="Liberation Sans" w:hAnsi="Liberation Sans"/>
          <w:b w:val="0"/>
          <w:color w:val="666666"/>
          <w:sz w:val="20"/>
        </w:rPr>
        <w:t>Name der Pflegekasse:</w:t>
      </w:r>
      <w:r>
        <w:rPr>
          <w:rFonts w:ascii="Liberation Sans" w:hAnsi="Liberation Sans"/>
          <w:b w:val="0"/>
          <w:color w:val="888888"/>
          <w:sz w:val="20"/>
        </w:rPr>
        <w:t xml:space="preserve"> _______________________________________________________</w:t>
      </w:r>
    </w:p>
    <w:p>
      <w:pPr>
        <w:spacing w:before="0" w:after="40" w:line="269" w:lineRule="auto"/>
      </w:pPr>
      <w:r>
        <w:rPr>
          <w:rFonts w:ascii="Liberation Sans" w:hAnsi="Liberation Sans"/>
          <w:b w:val="0"/>
          <w:color w:val="666666"/>
          <w:sz w:val="20"/>
        </w:rPr>
        <w:t>Anschrift:</w:t>
      </w:r>
      <w:r>
        <w:rPr>
          <w:rFonts w:ascii="Liberation Sans" w:hAnsi="Liberation Sans"/>
          <w:b w:val="0"/>
          <w:color w:val="888888"/>
          <w:sz w:val="20"/>
        </w:rPr>
        <w:t xml:space="preserve"> _______________________________________________________</w:t>
      </w:r>
    </w:p>
    <w:p>
      <w:pPr>
        <w:spacing w:before="100" w:after="120" w:line="269" w:lineRule="auto"/>
      </w:pPr>
      <w:r>
        <w:rPr>
          <w:rFonts w:ascii="Liberation Sans" w:hAnsi="Liberation Sans"/>
          <w:b w:val="0"/>
          <w:color w:val="666666"/>
          <w:sz w:val="20"/>
        </w:rPr>
        <w:t xml:space="preserve">Ort / Datum: </w:t>
      </w:r>
      <w:r>
        <w:rPr>
          <w:rFonts w:ascii="Liberation Sans" w:hAnsi="Liberation Sans"/>
          <w:b w:val="0"/>
          <w:color w:val="888888"/>
          <w:sz w:val="20"/>
        </w:rPr>
        <w:t>___________________________   /   __________________</w:t>
      </w:r>
    </w:p>
    <w:p>
      <w:pPr>
        <w:spacing w:before="120" w:after="160" w:line="269" w:lineRule="auto"/>
      </w:pPr>
      <w:r>
        <w:rPr>
          <w:rFonts w:ascii="Liberation Sans" w:hAnsi="Liberation Sans"/>
          <w:b/>
          <w:color w:val="1B1B6F"/>
          <w:sz w:val="22"/>
        </w:rPr>
        <w:t>Betreff: Antrag auf Zuschuss für wohnumfeldverbessernde Maßnahmen</w:t>
      </w:r>
    </w:p>
    <w:p>
      <w:pPr>
        <w:spacing w:before="0" w:after="120" w:line="269" w:lineRule="auto"/>
      </w:pPr>
      <w:r>
        <w:rPr>
          <w:rFonts w:ascii="Liberation Sans" w:hAnsi="Liberation Sans"/>
          <w:b w:val="0"/>
          <w:color w:val="222222"/>
          <w:sz w:val="21"/>
        </w:rPr>
        <w:t>Sehr geehrte Damen und Herren,</w:t>
      </w:r>
    </w:p>
    <w:p>
      <w:pPr>
        <w:spacing w:before="0" w:after="120" w:line="269" w:lineRule="auto"/>
      </w:pPr>
      <w:r>
        <w:rPr>
          <w:rFonts w:ascii="Liberation Sans" w:hAnsi="Liberation Sans"/>
          <w:b w:val="0"/>
          <w:color w:val="222222"/>
          <w:sz w:val="21"/>
        </w:rPr>
        <w:t>hiermit beantrage ich einen Zuschuss für die folgende wohnumfeldverbessernde Maßnahme: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AFAFC"/>
            <w:tcMar>
              <w:top w:w="105" w:type="dxa"/>
              <w:start w:w="140" w:type="dxa"/>
              <w:bottom w:w="105" w:type="dxa"/>
              <w:end w:w="140" w:type="dxa"/>
            </w:tcMar>
          </w:tcPr>
          <w:p>
            <w:pPr>
              <w:spacing w:before="0" w:after="40" w:line="269" w:lineRule="auto"/>
            </w:pPr>
            <w:r>
              <w:rPr>
                <w:rFonts w:ascii="Liberation Sans" w:hAnsi="Liberation Sans"/>
                <w:b/>
                <w:color w:val="1B1B6F"/>
                <w:sz w:val="19"/>
              </w:rPr>
              <w:t xml:space="preserve">Geplante Maßnahme: </w:t>
            </w:r>
            <w:r>
              <w:rPr>
                <w:rFonts w:ascii="Liberation Sans" w:hAnsi="Liberation Sans"/>
                <w:b w:val="0"/>
                <w:color w:val="666666"/>
                <w:sz w:val="19"/>
              </w:rPr>
              <w:t>[Maßnahme konkret beschreiben, z. B. Umbau des Badezimmers mit bodengleichem Duschzugang und Haltegriffen]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AFAFC"/>
            <w:tcMar>
              <w:top w:w="105" w:type="dxa"/>
              <w:start w:w="140" w:type="dxa"/>
              <w:bottom w:w="105" w:type="dxa"/>
              <w:end w:w="140" w:type="dxa"/>
            </w:tcMar>
          </w:tcPr>
          <w:p>
            <w:pPr>
              <w:spacing w:before="0" w:after="40" w:line="269" w:lineRule="auto"/>
            </w:pPr>
            <w:r>
              <w:rPr>
                <w:rFonts w:ascii="Liberation Sans" w:hAnsi="Liberation Sans"/>
                <w:b/>
                <w:color w:val="1B1B6F"/>
                <w:sz w:val="19"/>
              </w:rPr>
              <w:t xml:space="preserve">Konkrete Alltagshürde: </w:t>
            </w:r>
            <w:r>
              <w:rPr>
                <w:rFonts w:ascii="Liberation Sans" w:hAnsi="Liberation Sans"/>
                <w:b w:val="0"/>
                <w:color w:val="666666"/>
                <w:sz w:val="19"/>
              </w:rPr>
              <w:t>[Beschreiben Sie, welche Barriere oder Einschränkung im Alltag besteht.]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AFAFC"/>
            <w:tcMar>
              <w:top w:w="105" w:type="dxa"/>
              <w:start w:w="140" w:type="dxa"/>
              <w:bottom w:w="105" w:type="dxa"/>
              <w:end w:w="140" w:type="dxa"/>
            </w:tcMar>
          </w:tcPr>
          <w:p>
            <w:pPr>
              <w:spacing w:before="0" w:after="40" w:line="269" w:lineRule="auto"/>
            </w:pPr>
            <w:r>
              <w:rPr>
                <w:rFonts w:ascii="Liberation Sans" w:hAnsi="Liberation Sans"/>
                <w:b/>
                <w:color w:val="1B1B6F"/>
                <w:sz w:val="19"/>
              </w:rPr>
              <w:t xml:space="preserve">Nutzen der Maßnahme: </w:t>
            </w:r>
            <w:r>
              <w:rPr>
                <w:rFonts w:ascii="Liberation Sans" w:hAnsi="Liberation Sans"/>
                <w:b w:val="0"/>
                <w:color w:val="666666"/>
                <w:sz w:val="19"/>
              </w:rPr>
              <w:t>[Beschreiben Sie, wie die Maßnahme die häusliche Pflege erleichtert oder die Selbstständigkeit unterstützt.]</w:t>
            </w:r>
          </w:p>
        </w:tc>
      </w:tr>
    </w:tbl>
    <w:p>
      <w:pPr>
        <w:spacing w:after="0"/>
      </w:pPr>
    </w:p>
    <w:p>
      <w:pPr>
        <w:spacing w:before="80" w:after="100" w:line="269" w:lineRule="auto"/>
      </w:pPr>
      <w:r>
        <w:rPr>
          <w:rFonts w:ascii="Liberation Sans" w:hAnsi="Liberation Sans"/>
          <w:b w:val="0"/>
          <w:color w:val="222222"/>
          <w:sz w:val="21"/>
        </w:rPr>
        <w:t>Soweit vorhanden, füge ich folgende Unterlagen bei:</w:t>
      </w:r>
    </w:p>
    <w:p>
      <w:pPr>
        <w:spacing w:before="0" w:after="20" w:line="269" w:lineRule="auto"/>
        <w:ind w:left="198"/>
      </w:pPr>
      <w:r>
        <w:rPr>
          <w:rFonts w:ascii="Liberation Sans" w:hAnsi="Liberation Sans"/>
          <w:b w:val="0"/>
          <w:color w:val="222222"/>
          <w:sz w:val="19"/>
        </w:rPr>
        <w:t>☐  Kostenvoranschlag</w:t>
      </w:r>
    </w:p>
    <w:p>
      <w:pPr>
        <w:spacing w:before="0" w:after="20" w:line="269" w:lineRule="auto"/>
        <w:ind w:left="198"/>
      </w:pPr>
      <w:r>
        <w:rPr>
          <w:rFonts w:ascii="Liberation Sans" w:hAnsi="Liberation Sans"/>
          <w:b w:val="0"/>
          <w:color w:val="222222"/>
          <w:sz w:val="19"/>
        </w:rPr>
        <w:t>☐  Fotos oder Skizze der Barriere</w:t>
      </w:r>
    </w:p>
    <w:p>
      <w:pPr>
        <w:spacing w:before="0" w:after="20" w:line="269" w:lineRule="auto"/>
        <w:ind w:left="198"/>
      </w:pPr>
      <w:r>
        <w:rPr>
          <w:rFonts w:ascii="Liberation Sans" w:hAnsi="Liberation Sans"/>
          <w:b w:val="0"/>
          <w:color w:val="222222"/>
          <w:sz w:val="19"/>
        </w:rPr>
        <w:t>☐  Vollmacht (falls erforderlich)</w:t>
      </w:r>
    </w:p>
    <w:p>
      <w:pPr>
        <w:spacing w:before="0" w:after="20" w:line="269" w:lineRule="auto"/>
        <w:ind w:left="198"/>
      </w:pPr>
      <w:r>
        <w:rPr>
          <w:rFonts w:ascii="Liberation Sans" w:hAnsi="Liberation Sans"/>
          <w:b w:val="0"/>
          <w:color w:val="222222"/>
          <w:sz w:val="19"/>
        </w:rPr>
        <w:t>☐  Zustimmung des Vermieters (falls erforderlich)</w:t>
      </w:r>
    </w:p>
    <w:p>
      <w:pPr>
        <w:spacing w:before="0" w:after="20" w:line="269" w:lineRule="auto"/>
        <w:ind w:left="198"/>
      </w:pPr>
      <w:r>
        <w:rPr>
          <w:rFonts w:ascii="Liberation Sans" w:hAnsi="Liberation Sans"/>
          <w:b w:val="0"/>
          <w:color w:val="222222"/>
          <w:sz w:val="19"/>
        </w:rPr>
        <w:t>☐  Weitere Unterlagen: ________________________________</w:t>
      </w:r>
    </w:p>
    <w:p>
      <w:pPr>
        <w:spacing w:before="120" w:after="100" w:line="269" w:lineRule="auto"/>
      </w:pPr>
      <w:r>
        <w:rPr>
          <w:rFonts w:ascii="Liberation Sans" w:hAnsi="Liberation Sans"/>
          <w:b w:val="0"/>
          <w:color w:val="222222"/>
          <w:sz w:val="21"/>
        </w:rPr>
        <w:t>Ich bitte um Prüfung meines Antrags und um eine Rückmeldung zum weiteren Vorgehen.</w:t>
      </w:r>
    </w:p>
    <w:p>
      <w:pPr>
        <w:spacing w:before="0" w:after="20" w:line="269" w:lineRule="auto"/>
      </w:pPr>
      <w:r>
        <w:rPr>
          <w:rFonts w:ascii="Liberation Sans" w:hAnsi="Liberation Sans"/>
          <w:b w:val="0"/>
          <w:color w:val="222222"/>
          <w:sz w:val="21"/>
        </w:rPr>
        <w:t>Mit freundlichen Grüßen</w:t>
      </w:r>
    </w:p>
    <w:p>
      <w:pPr>
        <w:spacing w:before="280" w:after="40" w:line="269" w:lineRule="auto"/>
      </w:pPr>
      <w:r>
        <w:rPr>
          <w:rFonts w:ascii="Liberation Sans" w:hAnsi="Liberation Sans"/>
          <w:b w:val="0"/>
          <w:color w:val="888888"/>
          <w:sz w:val="20"/>
        </w:rPr>
        <w:t>_____________________________________</w:t>
      </w:r>
    </w:p>
    <w:p>
      <w:pPr>
        <w:spacing w:before="0" w:after="80" w:line="269" w:lineRule="auto"/>
      </w:pPr>
      <w:r>
        <w:rPr>
          <w:rFonts w:ascii="Liberation Sans" w:hAnsi="Liberation Sans"/>
          <w:b w:val="0"/>
          <w:color w:val="666666"/>
          <w:sz w:val="18"/>
        </w:rPr>
        <w:t>Unterschrift / Name</w:t>
      </w:r>
    </w:p>
    <w:p>
      <w:pPr>
        <w:pStyle w:val="Heading1"/>
        <w:spacing w:before="0" w:after="120" w:line="269" w:lineRule="auto"/>
      </w:pPr>
      <w:r>
        <w:rPr>
          <w:rFonts w:ascii="Liberation Sans" w:hAnsi="Liberation Sans"/>
          <w:b/>
          <w:color w:val="1B1B6F"/>
          <w:sz w:val="30"/>
        </w:rPr>
        <w:t>Checkliste vor dem Absenden</w:t>
      </w:r>
    </w:p>
    <w:p>
      <w:pPr>
        <w:spacing w:before="0" w:after="100" w:line="269" w:lineRule="auto"/>
      </w:pPr>
      <w:r>
        <w:rPr>
          <w:rFonts w:ascii="Liberation Sans" w:hAnsi="Liberation Sans"/>
          <w:b w:val="0"/>
          <w:color w:val="222222"/>
          <w:sz w:val="20"/>
        </w:rPr>
        <w:t>☐  Zuständige Pflegekasse und Versicherungsnummer geprüft</w:t>
      </w:r>
    </w:p>
    <w:p>
      <w:pPr>
        <w:spacing w:before="0" w:after="100" w:line="269" w:lineRule="auto"/>
      </w:pPr>
      <w:r>
        <w:rPr>
          <w:rFonts w:ascii="Liberation Sans" w:hAnsi="Liberation Sans"/>
          <w:b w:val="0"/>
          <w:color w:val="222222"/>
          <w:sz w:val="20"/>
        </w:rPr>
        <w:t>☐  Geplante Maßnahme konkret beschrieben</w:t>
      </w:r>
    </w:p>
    <w:p>
      <w:pPr>
        <w:spacing w:before="0" w:after="100" w:line="269" w:lineRule="auto"/>
      </w:pPr>
      <w:r>
        <w:rPr>
          <w:rFonts w:ascii="Liberation Sans" w:hAnsi="Liberation Sans"/>
          <w:b w:val="0"/>
          <w:color w:val="222222"/>
          <w:sz w:val="20"/>
        </w:rPr>
        <w:t>☐  Alltagshürde und pflegebezogenen Nutzen erklärt</w:t>
      </w:r>
    </w:p>
    <w:p>
      <w:pPr>
        <w:spacing w:before="0" w:after="100" w:line="269" w:lineRule="auto"/>
      </w:pPr>
      <w:r>
        <w:rPr>
          <w:rFonts w:ascii="Liberation Sans" w:hAnsi="Liberation Sans"/>
          <w:b w:val="0"/>
          <w:color w:val="222222"/>
          <w:sz w:val="20"/>
        </w:rPr>
        <w:t>☐  Kostenvoranschlag beigefügt, sofern vorhanden oder erforderlich</w:t>
      </w:r>
    </w:p>
    <w:p>
      <w:pPr>
        <w:spacing w:before="0" w:after="100" w:line="269" w:lineRule="auto"/>
      </w:pPr>
      <w:r>
        <w:rPr>
          <w:rFonts w:ascii="Liberation Sans" w:hAnsi="Liberation Sans"/>
          <w:b w:val="0"/>
          <w:color w:val="222222"/>
          <w:sz w:val="20"/>
        </w:rPr>
        <w:t>☐  Fotos / Skizzen ergänzt, wenn sie die Barriere verständlicher machen</w:t>
      </w:r>
    </w:p>
    <w:p>
      <w:pPr>
        <w:spacing w:before="0" w:after="100" w:line="269" w:lineRule="auto"/>
      </w:pPr>
      <w:r>
        <w:rPr>
          <w:rFonts w:ascii="Liberation Sans" w:hAnsi="Liberation Sans"/>
          <w:b w:val="0"/>
          <w:color w:val="222222"/>
          <w:sz w:val="20"/>
        </w:rPr>
        <w:t>☐  Bei Mietwohnung notwendige Zustimmung des Vermieters geklärt</w:t>
      </w:r>
    </w:p>
    <w:p>
      <w:pPr>
        <w:spacing w:before="0" w:after="100" w:line="269" w:lineRule="auto"/>
      </w:pPr>
      <w:r>
        <w:rPr>
          <w:rFonts w:ascii="Liberation Sans" w:hAnsi="Liberation Sans"/>
          <w:b w:val="0"/>
          <w:color w:val="222222"/>
          <w:sz w:val="20"/>
        </w:rPr>
        <w:t>☐  Bei Antrag durch Angehörige Vollmacht geprüft</w:t>
      </w:r>
    </w:p>
    <w:p>
      <w:pPr>
        <w:spacing w:before="0" w:after="100" w:line="269" w:lineRule="auto"/>
      </w:pPr>
      <w:r>
        <w:rPr>
          <w:rFonts w:ascii="Liberation Sans" w:hAnsi="Liberation Sans"/>
          <w:b w:val="0"/>
          <w:color w:val="222222"/>
          <w:sz w:val="20"/>
        </w:rPr>
        <w:t>☐  Kopie des Schreibens und aller Anlagen für die eigenen Unterlagen gespeichert</w:t>
      </w:r>
    </w:p>
    <w:p>
      <w:pPr>
        <w:pStyle w:val="Heading1"/>
        <w:spacing w:before="200" w:after="100" w:line="269" w:lineRule="auto"/>
      </w:pPr>
      <w:r>
        <w:rPr>
          <w:rFonts w:ascii="Liberation Sans" w:hAnsi="Liberation Sans"/>
          <w:b/>
          <w:color w:val="1B1B6F"/>
          <w:sz w:val="30"/>
        </w:rPr>
        <w:t>Wichtige Hinweise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4F5F8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before="0" w:after="0" w:line="269" w:lineRule="auto"/>
            </w:pPr>
            <w:r>
              <w:rPr>
                <w:rFonts w:ascii="Liberation Sans" w:hAnsi="Liberation Sans"/>
                <w:b/>
                <w:color w:val="1B1B6F"/>
                <w:sz w:val="19"/>
              </w:rPr>
              <w:t xml:space="preserve">Pflegegrad: </w:t>
            </w:r>
            <w:r>
              <w:rPr>
                <w:rFonts w:ascii="Liberation Sans" w:hAnsi="Liberation Sans"/>
                <w:b w:val="0"/>
                <w:color w:val="222222"/>
                <w:sz w:val="19"/>
              </w:rPr>
              <w:t>Ein Pflegegrad 1 bis 5 ist Voraussetzung für den Zuschuss der Pflegekasse.</w:t>
            </w:r>
          </w:p>
        </w:tc>
      </w:tr>
      <w:tr>
        <w:tc>
          <w:tcPr>
            <w:tcW w:type="dxa" w:w="10200"/>
            <w:shd w:fill="FFFFFF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before="0" w:after="0" w:line="269" w:lineRule="auto"/>
            </w:pPr>
            <w:r>
              <w:rPr>
                <w:rFonts w:ascii="Liberation Sans" w:hAnsi="Liberation Sans"/>
                <w:b/>
                <w:color w:val="1B1B6F"/>
                <w:sz w:val="19"/>
              </w:rPr>
              <w:t xml:space="preserve">Zuschusshöhe: </w:t>
            </w:r>
            <w:r>
              <w:rPr>
                <w:rFonts w:ascii="Liberation Sans" w:hAnsi="Liberation Sans"/>
                <w:b w:val="0"/>
                <w:color w:val="222222"/>
                <w:sz w:val="19"/>
              </w:rPr>
              <w:t>Die Pflegekasse kann für eine geeignete wohnumfeldverbessernde Maßnahme bis zu 4.180 Euro gewähren. Die tatsächliche Bewilligung hängt vom Einzelfall ab.</w:t>
            </w:r>
          </w:p>
        </w:tc>
      </w:tr>
      <w:tr>
        <w:tc>
          <w:tcPr>
            <w:tcW w:type="dxa" w:w="10200"/>
            <w:shd w:fill="F4F5F8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spacing w:before="0" w:after="0" w:line="269" w:lineRule="auto"/>
            </w:pPr>
            <w:r>
              <w:rPr>
                <w:rFonts w:ascii="Liberation Sans" w:hAnsi="Liberation Sans"/>
                <w:b/>
                <w:color w:val="1B1B6F"/>
                <w:sz w:val="19"/>
              </w:rPr>
              <w:t xml:space="preserve">Vor dem Umbau: </w:t>
            </w:r>
            <w:r>
              <w:rPr>
                <w:rFonts w:ascii="Liberation Sans" w:hAnsi="Liberation Sans"/>
                <w:b w:val="0"/>
                <w:color w:val="222222"/>
                <w:sz w:val="19"/>
              </w:rPr>
              <w:t>Klären Sie Antrag und Förderbedingungen möglichst vor Beginn größerer oder nicht rückgängig zu machender Arbeiten.</w:t>
            </w:r>
          </w:p>
        </w:tc>
      </w:tr>
    </w:tbl>
    <w:p>
      <w:pPr>
        <w:spacing w:before="200" w:after="40" w:line="269" w:lineRule="auto"/>
      </w:pPr>
      <w:r>
        <w:rPr>
          <w:rFonts w:ascii="Liberation Sans" w:hAnsi="Liberation Sans"/>
          <w:b/>
          <w:color w:val="1B1B6F"/>
          <w:sz w:val="19"/>
        </w:rPr>
        <w:t xml:space="preserve">Weitere Informationen: </w:t>
      </w:r>
      <w:r>
        <w:rPr>
          <w:rFonts w:ascii="Liberation Sans" w:hAnsi="Liberation Sans"/>
          <w:b w:val="0"/>
          <w:color w:val="FF7900"/>
          <w:sz w:val="18"/>
        </w:rPr>
        <w:t>pflege-schaetzle.de/ratgeber/betreuung-alltag/formloser-antrag-wohnumfeldverbesserung-muster/</w:t>
      </w:r>
    </w:p>
    <w:p>
      <w:pPr>
        <w:spacing w:before="0" w:after="0" w:line="269" w:lineRule="auto"/>
      </w:pPr>
      <w:r>
        <w:rPr>
          <w:rFonts w:ascii="Liberation Sans" w:hAnsi="Liberation Sans"/>
          <w:b w:val="0"/>
          <w:color w:val="666666"/>
          <w:sz w:val="17"/>
        </w:rPr>
        <w:t>Diese Vorlage ersetzt keine individuelle Rechts-, Pflege- oder Förderberatung.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4932"/>
      <w:gridCol w:w="4932"/>
    </w:tblGrid>
    <w:tr>
      <w:tc>
        <w:tcPr>
          <w:tcW w:type="dxa" w:w="4932"/>
          <w:tcMar>
            <w:top w:w="80" w:type="dxa"/>
            <w:start w:w="0" w:type="dxa"/>
            <w:bottom w:w="0" w:type="dxa"/>
            <w:end w:w="0" w:type="dxa"/>
          </w:tcMar>
        </w:tcPr>
        <w:p>
          <w:r>
            <w:rPr>
              <w:rFonts w:ascii="Liberation Sans" w:hAnsi="Liberation Sans"/>
              <w:b w:val="0"/>
              <w:color w:val="666666"/>
              <w:sz w:val="16"/>
            </w:rPr>
            <w:t>Pflege-Schätzle GmbH · Vorlage Wohnumfeldverbesserung</w:t>
          </w:r>
        </w:p>
      </w:tc>
      <w:tc>
        <w:tcPr>
          <w:tcW w:type="dxa" w:w="4932"/>
          <w:tcMar>
            <w:top w:w="80" w:type="dxa"/>
            <w:start w:w="0" w:type="dxa"/>
            <w:bottom w:w="0" w:type="dxa"/>
            <w:end w:w="0" w:type="dxa"/>
          </w:tcMar>
        </w:tcPr>
        <w:p>
          <w:pPr>
            <w:jc w:val="right"/>
          </w:pPr>
          <w:r>
            <w:rPr>
              <w:rFonts w:ascii="Liberation Sans" w:hAnsi="Liberation Sans"/>
              <w:b/>
              <w:color w:val="1B1B6F"/>
              <w:sz w:val="16"/>
            </w:rPr>
            <w:t>pflege-schaetzle.de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6520"/>
      <w:gridCol w:w="3345"/>
    </w:tblGrid>
    <w:tr>
      <w:tc>
        <w:tcPr>
          <w:tcW w:type="dxa" w:w="4932"/>
          <w:tcMar>
            <w:top w:w="40" w:type="dxa"/>
            <w:start w:w="0" w:type="dxa"/>
            <w:bottom w:w="70" w:type="dxa"/>
            <w:end w:w="0" w:type="dxa"/>
          </w:tcMar>
          <w:vAlign w:val="center"/>
        </w:tcPr>
        <w:p>
          <w:r>
            <w:rPr>
              <w:rFonts w:ascii="Liberation Sans" w:hAnsi="Liberation Sans"/>
              <w:b/>
              <w:color w:val="1B1B6F"/>
              <w:sz w:val="26"/>
            </w:rPr>
            <w:t>Pflege-Schätzle</w:t>
          </w:r>
          <w:r>
            <w:rPr>
              <w:rFonts w:ascii="Liberation Sans" w:hAnsi="Liberation Sans"/>
              <w:b w:val="0"/>
              <w:color w:val="666666"/>
              <w:sz w:val="19"/>
            </w:rPr>
            <w:t xml:space="preserve">  |  Ratgeber &amp; Vorlagen</w:t>
          </w:r>
        </w:p>
      </w:tc>
      <w:tc>
        <w:tcPr>
          <w:tcW w:type="dxa" w:w="4932"/>
          <w:tcMar>
            <w:top w:w="40" w:type="dxa"/>
            <w:start w:w="0" w:type="dxa"/>
            <w:bottom w:w="70" w:type="dxa"/>
            <w:end w:w="0" w:type="dxa"/>
          </w:tcMar>
          <w:vAlign w:val="center"/>
        </w:tcPr>
        <w:p>
          <w:pPr>
            <w:jc w:val="right"/>
          </w:pPr>
          <w:r>
            <w:rPr>
              <w:rFonts w:ascii="Liberation Sans" w:hAnsi="Liberation Sans"/>
              <w:b/>
              <w:color w:val="FF7900"/>
              <w:sz w:val="19"/>
            </w:rPr>
            <w:t>pflege-schaetzle.de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B1B6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B1B6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1B1B6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