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B62D" w14:textId="7DC845A5" w:rsidR="001C7647" w:rsidRDefault="00000000">
      <w:pPr>
        <w:spacing w:after="260"/>
      </w:pPr>
      <w:proofErr w:type="spellStart"/>
      <w:r>
        <w:rPr>
          <w:color w:val="505050"/>
        </w:rPr>
        <w:t>Kündigung</w:t>
      </w:r>
      <w:proofErr w:type="spellEnd"/>
      <w:r>
        <w:rPr>
          <w:color w:val="505050"/>
        </w:rPr>
        <w:t xml:space="preserve"> </w:t>
      </w:r>
      <w:proofErr w:type="spellStart"/>
      <w:r>
        <w:rPr>
          <w:color w:val="505050"/>
        </w:rPr>
        <w:t>eines</w:t>
      </w:r>
      <w:proofErr w:type="spellEnd"/>
      <w:r>
        <w:rPr>
          <w:color w:val="505050"/>
        </w:rPr>
        <w:t xml:space="preserve"> </w:t>
      </w:r>
      <w:proofErr w:type="spellStart"/>
      <w:r>
        <w:rPr>
          <w:color w:val="505050"/>
        </w:rPr>
        <w:t>Pflegevertrags</w:t>
      </w:r>
      <w:proofErr w:type="spellEnd"/>
      <w:r>
        <w:rPr>
          <w:color w:val="505050"/>
        </w:rPr>
        <w:t xml:space="preserve"> </w:t>
      </w:r>
      <w:proofErr w:type="spellStart"/>
      <w:r>
        <w:rPr>
          <w:color w:val="505050"/>
        </w:rPr>
        <w:t>bei</w:t>
      </w:r>
      <w:proofErr w:type="spellEnd"/>
      <w:r>
        <w:rPr>
          <w:color w:val="505050"/>
        </w:rPr>
        <w:t xml:space="preserve"> häuslicher Pflege nach § 120 SGB XI</w:t>
      </w:r>
    </w:p>
    <w:p w14:paraId="605542AA" w14:textId="77777777" w:rsidR="001C7647" w:rsidRDefault="001C7647">
      <w:pPr>
        <w:spacing w:after="0"/>
      </w:pPr>
    </w:p>
    <w:p w14:paraId="74E73EBD" w14:textId="77777777" w:rsidR="00B34F9F" w:rsidRDefault="00B34F9F">
      <w:pPr>
        <w:spacing w:after="0"/>
      </w:pPr>
    </w:p>
    <w:p w14:paraId="5BFDD2B5" w14:textId="77777777" w:rsidR="00B34F9F" w:rsidRDefault="00B34F9F">
      <w:pPr>
        <w:spacing w:after="0"/>
      </w:pPr>
    </w:p>
    <w:p w14:paraId="41EB6965" w14:textId="77777777" w:rsidR="001C7647" w:rsidRDefault="00000000">
      <w:pPr>
        <w:spacing w:after="20"/>
      </w:pPr>
      <w:r>
        <w:t>[Vor- und Nachname der pflegebedürftigen Person]</w:t>
      </w:r>
    </w:p>
    <w:p w14:paraId="7F372845" w14:textId="77777777" w:rsidR="001C7647" w:rsidRDefault="00000000">
      <w:pPr>
        <w:spacing w:after="20"/>
      </w:pPr>
      <w:r>
        <w:t>[Straße und Hausnummer]</w:t>
      </w:r>
    </w:p>
    <w:p w14:paraId="0210E471" w14:textId="77777777" w:rsidR="001C7647" w:rsidRDefault="00000000">
      <w:pPr>
        <w:spacing w:after="20"/>
      </w:pPr>
      <w:r>
        <w:t>[PLZ Ort]</w:t>
      </w:r>
    </w:p>
    <w:p w14:paraId="5D1882D0" w14:textId="77777777" w:rsidR="001C7647" w:rsidRDefault="00000000">
      <w:pPr>
        <w:spacing w:after="100"/>
        <w:rPr>
          <w:color w:val="5F5F5F"/>
        </w:rPr>
      </w:pPr>
      <w:r>
        <w:rPr>
          <w:b/>
        </w:rPr>
        <w:t xml:space="preserve">Kunden-/Vertragsnummer: </w:t>
      </w:r>
      <w:r>
        <w:rPr>
          <w:color w:val="5F5F5F"/>
        </w:rPr>
        <w:t>[falls vorhanden]</w:t>
      </w:r>
    </w:p>
    <w:p w14:paraId="2A839154" w14:textId="77777777" w:rsidR="00B34F9F" w:rsidRDefault="00B34F9F">
      <w:pPr>
        <w:spacing w:after="100"/>
      </w:pPr>
    </w:p>
    <w:p w14:paraId="105F5583" w14:textId="77777777" w:rsidR="001C7647" w:rsidRDefault="001C7647">
      <w:pPr>
        <w:spacing w:after="80"/>
      </w:pPr>
    </w:p>
    <w:p w14:paraId="346034F1" w14:textId="77777777" w:rsidR="001C7647" w:rsidRDefault="00000000">
      <w:pPr>
        <w:spacing w:after="20"/>
      </w:pPr>
      <w:r>
        <w:t>[Name des Pflegedienstes]</w:t>
      </w:r>
    </w:p>
    <w:p w14:paraId="69DBDDC9" w14:textId="77777777" w:rsidR="001C7647" w:rsidRDefault="00000000">
      <w:pPr>
        <w:spacing w:after="20"/>
      </w:pPr>
      <w:r>
        <w:t>[Straße und Hausnummer]</w:t>
      </w:r>
    </w:p>
    <w:p w14:paraId="32D858DD" w14:textId="77777777" w:rsidR="001C7647" w:rsidRDefault="00000000">
      <w:pPr>
        <w:spacing w:after="20"/>
      </w:pPr>
      <w:r>
        <w:t>[PLZ Ort]</w:t>
      </w:r>
    </w:p>
    <w:p w14:paraId="30D5DEE4" w14:textId="77777777" w:rsidR="001C7647" w:rsidRDefault="001C7647">
      <w:pPr>
        <w:spacing w:after="80"/>
      </w:pPr>
    </w:p>
    <w:p w14:paraId="17D4AB0B" w14:textId="77777777" w:rsidR="001C7647" w:rsidRDefault="00000000">
      <w:pPr>
        <w:spacing w:after="280"/>
        <w:jc w:val="right"/>
      </w:pPr>
      <w:r>
        <w:t>[Ort], [Datum]</w:t>
      </w:r>
    </w:p>
    <w:p w14:paraId="54B29325" w14:textId="77777777" w:rsidR="001C7647" w:rsidRDefault="00000000">
      <w:pPr>
        <w:spacing w:after="200"/>
      </w:pPr>
      <w:r>
        <w:rPr>
          <w:b/>
          <w:sz w:val="23"/>
        </w:rPr>
        <w:t>Kündigung des Pflegevertrags für [Name der pflegebedürftigen Person]</w:t>
      </w:r>
    </w:p>
    <w:p w14:paraId="61C3DD96" w14:textId="77777777" w:rsidR="001C7647" w:rsidRDefault="00000000">
      <w:pPr>
        <w:spacing w:after="200"/>
      </w:pPr>
      <w:r>
        <w:t>Sehr geehrte Damen und Herren,</w:t>
      </w:r>
    </w:p>
    <w:p w14:paraId="3218B9F4" w14:textId="77777777" w:rsidR="001C7647" w:rsidRDefault="00000000">
      <w:pPr>
        <w:spacing w:after="200"/>
      </w:pPr>
      <w:r>
        <w:t>hiermit kündige ich den mit Ihnen bestehenden Pflegevertrag für [Name der pflegebedürftigen Person] gemäß § 120 Abs. 2 Satz 2 SGB XI [mit sofortiger Wirkung / mit Wirkung zum TT.MM.JJJJ].</w:t>
      </w:r>
    </w:p>
    <w:p w14:paraId="79A2A625" w14:textId="77777777" w:rsidR="001C7647" w:rsidRDefault="00000000">
      <w:pPr>
        <w:spacing w:after="200"/>
      </w:pPr>
      <w:r>
        <w:t>Bitte bestätigen Sie mir den Eingang dieser Kündigung und das Datum der Vertragsbeendigung schriftlich.</w:t>
      </w:r>
    </w:p>
    <w:p w14:paraId="6FCCD7D8" w14:textId="77777777" w:rsidR="001C7647" w:rsidRDefault="00000000">
      <w:pPr>
        <w:spacing w:after="200"/>
      </w:pPr>
      <w:r>
        <w:t>Bitte teilen Sie mir außerdem mit, ob für eine geordnete Übergabe noch Schlüssel, Unterlagen, Abrechnungsfragen oder sonstige Gegenstände zu klären sind.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1C7647" w14:paraId="1EDE32FF" w14:textId="77777777">
        <w:tc>
          <w:tcPr>
            <w:tcW w:w="974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8F8F8"/>
          </w:tcPr>
          <w:p w14:paraId="208163CB" w14:textId="77777777" w:rsidR="001C7647" w:rsidRDefault="00000000">
            <w:pPr>
              <w:spacing w:after="0"/>
            </w:pPr>
            <w:r>
              <w:rPr>
                <w:b/>
                <w:sz w:val="19"/>
              </w:rPr>
              <w:t xml:space="preserve">Optional bei Vertretung: </w:t>
            </w:r>
            <w:r>
              <w:rPr>
                <w:sz w:val="19"/>
              </w:rPr>
              <w:t>Ich handle als [bevollmächtigte Person / rechtliche Betreuung]. Der Vertretungsnachweis [liegt bei / ist bereits hinterlegt].</w:t>
            </w:r>
          </w:p>
        </w:tc>
      </w:tr>
    </w:tbl>
    <w:p w14:paraId="4D5728B8" w14:textId="77777777" w:rsidR="001C7647" w:rsidRDefault="001C7647">
      <w:pPr>
        <w:spacing w:after="60"/>
      </w:pPr>
    </w:p>
    <w:p w14:paraId="6769D63E" w14:textId="77777777" w:rsidR="00B34F9F" w:rsidRDefault="00B34F9F">
      <w:pPr>
        <w:spacing w:after="40"/>
      </w:pPr>
    </w:p>
    <w:p w14:paraId="23C1EAA5" w14:textId="146AFC9D" w:rsidR="001C7647" w:rsidRDefault="00000000">
      <w:pPr>
        <w:spacing w:after="40"/>
      </w:pPr>
      <w:r>
        <w:t xml:space="preserve">Mit </w:t>
      </w:r>
      <w:proofErr w:type="spellStart"/>
      <w:r>
        <w:t>freundlichen</w:t>
      </w:r>
      <w:proofErr w:type="spellEnd"/>
      <w:r>
        <w:t xml:space="preserve"> </w:t>
      </w:r>
      <w:proofErr w:type="spellStart"/>
      <w:r>
        <w:t>Grüßen</w:t>
      </w:r>
      <w:proofErr w:type="spellEnd"/>
    </w:p>
    <w:p w14:paraId="61538093" w14:textId="77777777" w:rsidR="001C7647" w:rsidRDefault="001C7647">
      <w:pPr>
        <w:spacing w:after="240"/>
      </w:pPr>
    </w:p>
    <w:p w14:paraId="5B786FED" w14:textId="77777777" w:rsidR="001C7647" w:rsidRDefault="00000000">
      <w:pPr>
        <w:spacing w:after="40"/>
      </w:pPr>
      <w:r>
        <w:t>[Unterschrift]</w:t>
      </w:r>
    </w:p>
    <w:p w14:paraId="366ABFD9" w14:textId="77777777" w:rsidR="001C7647" w:rsidRDefault="00000000">
      <w:pPr>
        <w:spacing w:after="40"/>
      </w:pPr>
      <w:r>
        <w:t>[Name in Druckbuchstaben]</w:t>
      </w:r>
    </w:p>
    <w:p w14:paraId="384EBF20" w14:textId="77777777" w:rsidR="001C7647" w:rsidRDefault="00000000">
      <w:r>
        <w:br w:type="page"/>
      </w:r>
    </w:p>
    <w:p w14:paraId="4006F98E" w14:textId="77777777" w:rsidR="001C7647" w:rsidRDefault="00000000">
      <w:pPr>
        <w:pStyle w:val="berschrift1"/>
      </w:pPr>
      <w:r>
        <w:lastRenderedPageBreak/>
        <w:t>Hinweise zur Verwendung</w:t>
      </w:r>
    </w:p>
    <w:p w14:paraId="66A088A3" w14:textId="77777777" w:rsidR="001C7647" w:rsidRDefault="00000000">
      <w:r>
        <w:t>Die Vorlage ist für die Kündigung durch die pflegebedürftige Person oder eine wirksam vertretungsberechtigte Person gedacht. Sie bezieht sich auf Pflegeverträge bei häuslicher Pflege nach § 120 SGB XI mit einem zugelassenen Pflegedienst.</w:t>
      </w:r>
    </w:p>
    <w:p w14:paraId="37A6BD11" w14:textId="77777777" w:rsidR="001C7647" w:rsidRDefault="00000000">
      <w:pPr>
        <w:pStyle w:val="berschrift2"/>
      </w:pPr>
      <w:r>
        <w:t>Rechtliche Grundlage</w:t>
      </w:r>
    </w:p>
    <w:p w14:paraId="12B00594" w14:textId="77777777" w:rsidR="001C7647" w:rsidRDefault="00000000">
      <w:r>
        <w:rPr>
          <w:b/>
        </w:rPr>
        <w:t xml:space="preserve">§ 120 Abs. 2 Satz 2 SGB XI: </w:t>
      </w:r>
      <w:r>
        <w:t>Die pflegebedürftige Person kann den Pflegevertrag jederzeit ohne Einhaltung einer Frist kündigen.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1C7647" w14:paraId="7E7A2CCA" w14:textId="77777777">
        <w:tc>
          <w:tcPr>
            <w:tcW w:w="9746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3F3F3"/>
          </w:tcPr>
          <w:p w14:paraId="05D2AE6D" w14:textId="77777777" w:rsidR="001C7647" w:rsidRDefault="00000000">
            <w:pPr>
              <w:spacing w:after="0"/>
            </w:pPr>
            <w:r>
              <w:rPr>
                <w:b/>
                <w:sz w:val="19"/>
              </w:rPr>
              <w:t xml:space="preserve">Wichtig: </w:t>
            </w:r>
            <w:r>
              <w:rPr>
                <w:sz w:val="19"/>
              </w:rPr>
              <w:t>Die Regelung des § 120 SGB XI betrifft den Pflegevertrag bei häuslicher Pflege. Für andere Verträge - zum Beispiel ausschließlich häusliche Krankenpflege nach SGB V, private Zusatzleistungen, Haushaltshilfe, einen Pflegeheimplatz oder ein Arbeitsverhältnis - können andere Kündigungsregeln gelten.</w:t>
            </w:r>
          </w:p>
        </w:tc>
      </w:tr>
    </w:tbl>
    <w:p w14:paraId="30152D22" w14:textId="77777777" w:rsidR="001C7647" w:rsidRDefault="001C7647">
      <w:pPr>
        <w:spacing w:after="0"/>
      </w:pPr>
    </w:p>
    <w:p w14:paraId="37712C9F" w14:textId="77777777" w:rsidR="001C7647" w:rsidRDefault="00000000">
      <w:pPr>
        <w:pStyle w:val="berschrift2"/>
      </w:pPr>
      <w:r>
        <w:t>Vor dem Versand kurz prüfen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891"/>
        <w:gridCol w:w="5669"/>
      </w:tblGrid>
      <w:tr w:rsidR="001C7647" w14:paraId="7F5C2A26" w14:textId="77777777">
        <w:trPr>
          <w:tblHeader/>
          <w:jc w:val="center"/>
        </w:trPr>
        <w:tc>
          <w:tcPr>
            <w:tcW w:w="510" w:type="dxa"/>
            <w:shd w:val="clear" w:color="auto" w:fill="EAEAEA"/>
          </w:tcPr>
          <w:p w14:paraId="0BC99D3E" w14:textId="77777777" w:rsidR="001C7647" w:rsidRDefault="001C7647"/>
        </w:tc>
        <w:tc>
          <w:tcPr>
            <w:tcW w:w="2891" w:type="dxa"/>
            <w:shd w:val="clear" w:color="auto" w:fill="EAEAEA"/>
          </w:tcPr>
          <w:p w14:paraId="50A1FFF5" w14:textId="77777777" w:rsidR="001C7647" w:rsidRDefault="00000000">
            <w:r>
              <w:rPr>
                <w:b/>
                <w:sz w:val="18"/>
              </w:rPr>
              <w:t>Schritt</w:t>
            </w:r>
          </w:p>
        </w:tc>
        <w:tc>
          <w:tcPr>
            <w:tcW w:w="5669" w:type="dxa"/>
            <w:shd w:val="clear" w:color="auto" w:fill="EAEAEA"/>
          </w:tcPr>
          <w:p w14:paraId="71E528D3" w14:textId="77777777" w:rsidR="001C7647" w:rsidRDefault="00000000">
            <w:r>
              <w:rPr>
                <w:b/>
                <w:sz w:val="18"/>
              </w:rPr>
              <w:t>Was zu beachten ist</w:t>
            </w:r>
          </w:p>
        </w:tc>
      </w:tr>
      <w:tr w:rsidR="001C7647" w14:paraId="1449E2D3" w14:textId="77777777">
        <w:trPr>
          <w:jc w:val="center"/>
        </w:trPr>
        <w:tc>
          <w:tcPr>
            <w:tcW w:w="510" w:type="dxa"/>
          </w:tcPr>
          <w:p w14:paraId="0DC9EB9E" w14:textId="77777777" w:rsidR="001C7647" w:rsidRDefault="00000000"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w="2891" w:type="dxa"/>
          </w:tcPr>
          <w:p w14:paraId="1660D0F6" w14:textId="77777777" w:rsidR="001C7647" w:rsidRDefault="00000000">
            <w:pPr>
              <w:spacing w:after="0"/>
            </w:pPr>
            <w:r>
              <w:rPr>
                <w:sz w:val="17"/>
              </w:rPr>
              <w:t>Vertrag und Vertragspartner prüfen</w:t>
            </w:r>
          </w:p>
        </w:tc>
        <w:tc>
          <w:tcPr>
            <w:tcW w:w="5669" w:type="dxa"/>
          </w:tcPr>
          <w:p w14:paraId="1B3D2890" w14:textId="77777777" w:rsidR="001C7647" w:rsidRDefault="00000000">
            <w:pPr>
              <w:spacing w:after="0"/>
            </w:pPr>
            <w:r>
              <w:rPr>
                <w:sz w:val="17"/>
              </w:rPr>
              <w:t>Prüfen, ob es sich um einen Pflegevertrag nach § 120 SGB XI handelt und wer im Vertrag als Vertragspartner genannt ist.</w:t>
            </w:r>
          </w:p>
        </w:tc>
      </w:tr>
      <w:tr w:rsidR="001C7647" w14:paraId="4509C835" w14:textId="77777777">
        <w:trPr>
          <w:jc w:val="center"/>
        </w:trPr>
        <w:tc>
          <w:tcPr>
            <w:tcW w:w="510" w:type="dxa"/>
          </w:tcPr>
          <w:p w14:paraId="718F6934" w14:textId="77777777" w:rsidR="001C7647" w:rsidRDefault="00000000">
            <w:pPr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w="2891" w:type="dxa"/>
          </w:tcPr>
          <w:p w14:paraId="25C3E4B5" w14:textId="77777777" w:rsidR="001C7647" w:rsidRDefault="00000000">
            <w:pPr>
              <w:spacing w:after="0"/>
            </w:pPr>
            <w:r>
              <w:rPr>
                <w:sz w:val="17"/>
              </w:rPr>
              <w:t>Kündigungszeitpunkt festlegen</w:t>
            </w:r>
          </w:p>
        </w:tc>
        <w:tc>
          <w:tcPr>
            <w:tcW w:w="5669" w:type="dxa"/>
          </w:tcPr>
          <w:p w14:paraId="6729AE1F" w14:textId="77777777" w:rsidR="001C7647" w:rsidRDefault="00000000">
            <w:pPr>
              <w:spacing w:after="0"/>
            </w:pPr>
            <w:r>
              <w:rPr>
                <w:sz w:val="17"/>
              </w:rPr>
              <w:t>Mit sofortiger Wirkung kündigen oder einen gewünschten späteren Beendigungszeitpunkt nennen.</w:t>
            </w:r>
          </w:p>
        </w:tc>
      </w:tr>
      <w:tr w:rsidR="001C7647" w14:paraId="1F952605" w14:textId="77777777">
        <w:trPr>
          <w:jc w:val="center"/>
        </w:trPr>
        <w:tc>
          <w:tcPr>
            <w:tcW w:w="510" w:type="dxa"/>
          </w:tcPr>
          <w:p w14:paraId="23527724" w14:textId="77777777" w:rsidR="001C7647" w:rsidRDefault="00000000"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w="2891" w:type="dxa"/>
          </w:tcPr>
          <w:p w14:paraId="2DB16A69" w14:textId="77777777" w:rsidR="001C7647" w:rsidRDefault="00000000">
            <w:pPr>
              <w:spacing w:after="0"/>
            </w:pPr>
            <w:r>
              <w:rPr>
                <w:sz w:val="17"/>
              </w:rPr>
              <w:t>Vertretung kenntlich machen</w:t>
            </w:r>
          </w:p>
        </w:tc>
        <w:tc>
          <w:tcPr>
            <w:tcW w:w="5669" w:type="dxa"/>
          </w:tcPr>
          <w:p w14:paraId="0A4BF8D1" w14:textId="77777777" w:rsidR="001C7647" w:rsidRDefault="00000000">
            <w:pPr>
              <w:spacing w:after="0"/>
            </w:pPr>
            <w:r>
              <w:rPr>
                <w:sz w:val="17"/>
              </w:rPr>
              <w:t>Unterschreibt eine andere Person, die Vertretungsbefugnis klar benennen und bei Bedarf nachweisen.</w:t>
            </w:r>
          </w:p>
        </w:tc>
      </w:tr>
      <w:tr w:rsidR="001C7647" w14:paraId="6A868038" w14:textId="77777777">
        <w:trPr>
          <w:jc w:val="center"/>
        </w:trPr>
        <w:tc>
          <w:tcPr>
            <w:tcW w:w="510" w:type="dxa"/>
          </w:tcPr>
          <w:p w14:paraId="37E05B38" w14:textId="77777777" w:rsidR="001C7647" w:rsidRDefault="00000000"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w="2891" w:type="dxa"/>
          </w:tcPr>
          <w:p w14:paraId="35183F2C" w14:textId="77777777" w:rsidR="001C7647" w:rsidRDefault="00000000">
            <w:pPr>
              <w:spacing w:after="0"/>
            </w:pPr>
            <w:r>
              <w:rPr>
                <w:sz w:val="17"/>
              </w:rPr>
              <w:t>Zugang dokumentieren</w:t>
            </w:r>
          </w:p>
        </w:tc>
        <w:tc>
          <w:tcPr>
            <w:tcW w:w="5669" w:type="dxa"/>
          </w:tcPr>
          <w:p w14:paraId="7E3C4DED" w14:textId="77777777" w:rsidR="001C7647" w:rsidRDefault="00000000">
            <w:pPr>
              <w:spacing w:after="0"/>
            </w:pPr>
            <w:r>
              <w:rPr>
                <w:sz w:val="17"/>
              </w:rPr>
              <w:t>Die Kündigung so übermitteln, dass der Zugang im Streitfall nachgewiesen werden kann.</w:t>
            </w:r>
          </w:p>
        </w:tc>
      </w:tr>
      <w:tr w:rsidR="001C7647" w14:paraId="45C4055C" w14:textId="77777777">
        <w:trPr>
          <w:jc w:val="center"/>
        </w:trPr>
        <w:tc>
          <w:tcPr>
            <w:tcW w:w="510" w:type="dxa"/>
          </w:tcPr>
          <w:p w14:paraId="44F1DFC0" w14:textId="77777777" w:rsidR="001C7647" w:rsidRDefault="00000000"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w="2891" w:type="dxa"/>
          </w:tcPr>
          <w:p w14:paraId="0E21A8D0" w14:textId="77777777" w:rsidR="001C7647" w:rsidRDefault="00000000">
            <w:pPr>
              <w:spacing w:after="0"/>
            </w:pPr>
            <w:r>
              <w:rPr>
                <w:sz w:val="17"/>
              </w:rPr>
              <w:t>Anschlussversorgung organisieren</w:t>
            </w:r>
          </w:p>
        </w:tc>
        <w:tc>
          <w:tcPr>
            <w:tcW w:w="5669" w:type="dxa"/>
          </w:tcPr>
          <w:p w14:paraId="3C55E1CB" w14:textId="77777777" w:rsidR="001C7647" w:rsidRDefault="00000000">
            <w:pPr>
              <w:spacing w:after="0"/>
            </w:pPr>
            <w:r>
              <w:rPr>
                <w:sz w:val="17"/>
              </w:rPr>
              <w:t>Falls weiterhin Unterstützung benötigt wird, die weitere Versorgung möglichst vor dem letzten Einsatz klären.</w:t>
            </w:r>
          </w:p>
        </w:tc>
      </w:tr>
    </w:tbl>
    <w:p w14:paraId="0C0E6162" w14:textId="77777777" w:rsidR="001C7647" w:rsidRDefault="001C7647">
      <w:pPr>
        <w:spacing w:after="0"/>
      </w:pPr>
    </w:p>
    <w:p w14:paraId="1EBAA09B" w14:textId="77777777" w:rsidR="001C7647" w:rsidRDefault="00000000">
      <w:pPr>
        <w:pStyle w:val="berschrift2"/>
      </w:pPr>
      <w:r>
        <w:t>Kurzer Check</w:t>
      </w:r>
    </w:p>
    <w:p w14:paraId="78B01007" w14:textId="77777777" w:rsidR="001C7647" w:rsidRDefault="00000000">
      <w:pPr>
        <w:pStyle w:val="Aufzhlungszeichen"/>
        <w:spacing w:after="60"/>
      </w:pPr>
      <w:r>
        <w:t>Alle Platzhalter vollständig ersetzt</w:t>
      </w:r>
    </w:p>
    <w:p w14:paraId="1563E5D1" w14:textId="77777777" w:rsidR="001C7647" w:rsidRDefault="00000000">
      <w:pPr>
        <w:pStyle w:val="Aufzhlungszeichen"/>
        <w:spacing w:after="60"/>
      </w:pPr>
      <w:r>
        <w:t>Richtiger Vertragspartner genannt</w:t>
      </w:r>
    </w:p>
    <w:p w14:paraId="34742D69" w14:textId="77777777" w:rsidR="001C7647" w:rsidRDefault="00000000">
      <w:pPr>
        <w:pStyle w:val="Aufzhlungszeichen"/>
        <w:spacing w:after="60"/>
      </w:pPr>
      <w:r>
        <w:t>Kündigungszeitpunkt eindeutig formuliert</w:t>
      </w:r>
    </w:p>
    <w:p w14:paraId="67FEEE9B" w14:textId="77777777" w:rsidR="001C7647" w:rsidRDefault="00000000">
      <w:pPr>
        <w:pStyle w:val="Aufzhlungszeichen"/>
        <w:spacing w:after="60"/>
      </w:pPr>
      <w:r>
        <w:t>Vertretungsbefugnis bei Bedarf geklärt</w:t>
      </w:r>
    </w:p>
    <w:p w14:paraId="3A14ABDE" w14:textId="77777777" w:rsidR="001C7647" w:rsidRDefault="00000000">
      <w:pPr>
        <w:pStyle w:val="Aufzhlungszeichen"/>
        <w:spacing w:after="60"/>
      </w:pPr>
      <w:r>
        <w:t>Anschlussversorgung bei Bedarf organisiert</w:t>
      </w:r>
    </w:p>
    <w:p w14:paraId="46122B48" w14:textId="77777777" w:rsidR="001C7647" w:rsidRDefault="00000000">
      <w:pPr>
        <w:pStyle w:val="Aufzhlungszeichen"/>
        <w:spacing w:after="60"/>
      </w:pPr>
      <w:r>
        <w:t>Kopie und Zugangsnachweis aufbewahrt</w:t>
      </w:r>
    </w:p>
    <w:p w14:paraId="42133582" w14:textId="77777777" w:rsidR="001C7647" w:rsidRDefault="00000000">
      <w:pPr>
        <w:spacing w:before="200" w:after="0"/>
      </w:pPr>
      <w:r>
        <w:rPr>
          <w:b/>
          <w:color w:val="5A5A5A"/>
          <w:sz w:val="17"/>
        </w:rPr>
        <w:t xml:space="preserve">Hinweis: </w:t>
      </w:r>
      <w:r>
        <w:rPr>
          <w:color w:val="5A5A5A"/>
          <w:sz w:val="17"/>
        </w:rPr>
        <w:t>Diese Mustervorlage dient der allgemeinen Orientierung und ersetzt keine individuelle Rechtsberatung. Rechtsgrundlage: § 120 SGB XI.</w:t>
      </w:r>
    </w:p>
    <w:sectPr w:rsidR="001C7647">
      <w:footerReference w:type="default" r:id="rId8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FC55E" w14:textId="77777777" w:rsidR="00482630" w:rsidRDefault="00482630">
      <w:pPr>
        <w:spacing w:after="0" w:line="240" w:lineRule="auto"/>
      </w:pPr>
      <w:r>
        <w:separator/>
      </w:r>
    </w:p>
  </w:endnote>
  <w:endnote w:type="continuationSeparator" w:id="0">
    <w:p w14:paraId="49199BEA" w14:textId="77777777" w:rsidR="00482630" w:rsidRDefault="00482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11E5" w14:textId="5082DB36" w:rsidR="001C7647" w:rsidRDefault="001C7647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DE5EC" w14:textId="77777777" w:rsidR="00482630" w:rsidRDefault="00482630">
      <w:pPr>
        <w:spacing w:after="0" w:line="240" w:lineRule="auto"/>
      </w:pPr>
      <w:r>
        <w:separator/>
      </w:r>
    </w:p>
  </w:footnote>
  <w:footnote w:type="continuationSeparator" w:id="0">
    <w:p w14:paraId="5A8C5CAD" w14:textId="77777777" w:rsidR="00482630" w:rsidRDefault="00482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746430">
    <w:abstractNumId w:val="8"/>
  </w:num>
  <w:num w:numId="2" w16cid:durableId="1229658076">
    <w:abstractNumId w:val="6"/>
  </w:num>
  <w:num w:numId="3" w16cid:durableId="1352680557">
    <w:abstractNumId w:val="5"/>
  </w:num>
  <w:num w:numId="4" w16cid:durableId="1786998040">
    <w:abstractNumId w:val="4"/>
  </w:num>
  <w:num w:numId="5" w16cid:durableId="1136416199">
    <w:abstractNumId w:val="7"/>
  </w:num>
  <w:num w:numId="6" w16cid:durableId="1604799108">
    <w:abstractNumId w:val="3"/>
  </w:num>
  <w:num w:numId="7" w16cid:durableId="173539826">
    <w:abstractNumId w:val="2"/>
  </w:num>
  <w:num w:numId="8" w16cid:durableId="1128548253">
    <w:abstractNumId w:val="1"/>
  </w:num>
  <w:num w:numId="9" w16cid:durableId="761880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7647"/>
    <w:rsid w:val="0029639D"/>
    <w:rsid w:val="00326F90"/>
    <w:rsid w:val="00482630"/>
    <w:rsid w:val="00AA1D8D"/>
    <w:rsid w:val="00B34F9F"/>
    <w:rsid w:val="00B454E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89AD3B"/>
  <w14:defaultImageDpi w14:val="300"/>
  <w15:docId w15:val="{6D738FC0-AC16-419D-BEF6-F7BE14CD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40" w:line="269" w:lineRule="auto"/>
    </w:pPr>
    <w:rPr>
      <w:rFonts w:ascii="Arial" w:hAnsi="Arial"/>
      <w:color w:val="232323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2D2D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1919"/>
      <w:spacing w:val="5"/>
      <w:kern w:val="28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Arial" w:hAnsi="Arial"/>
      <w:b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 Pflegedienst kündigen</dc:title>
  <dc:subject>Allgemeine Mustervorlage zur Kündigung eines Pflegevertrags</dc:subject>
  <dc:creator/>
  <cp:keywords>Pflegedienst kündigen, Muster, Pflegevertrag</cp:keywords>
  <dc:description/>
  <cp:lastModifiedBy>Simon   Schätzle</cp:lastModifiedBy>
  <cp:revision>2</cp:revision>
  <dcterms:created xsi:type="dcterms:W3CDTF">2013-12-23T23:15:00Z</dcterms:created>
  <dcterms:modified xsi:type="dcterms:W3CDTF">2026-08-16T08:28:00Z</dcterms:modified>
  <cp:category/>
</cp:coreProperties>
</file>